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BEA59" w14:textId="22F596C7" w:rsidR="00991F7C" w:rsidRPr="007C2618" w:rsidRDefault="00352C9D" w:rsidP="00352C9D">
      <w:pPr>
        <w:snapToGrid w:val="0"/>
        <w:spacing w:line="240" w:lineRule="auto"/>
        <w:jc w:val="center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sz w:val="36"/>
          <w:szCs w:val="36"/>
          <w:lang w:eastAsia="ja-JP"/>
        </w:rPr>
        <w:t>プロジェクトタスク管理表</w:t>
      </w:r>
    </w:p>
    <w:p w14:paraId="08CA2B0E" w14:textId="77777777" w:rsidR="00991F7C" w:rsidRPr="007C2618" w:rsidRDefault="00352C9D" w:rsidP="00352C9D">
      <w:pPr>
        <w:snapToGrid w:val="0"/>
        <w:spacing w:line="240" w:lineRule="auto"/>
        <w:ind w:left="4321"/>
        <w:jc w:val="distribute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プロジェクト名：____________________</w:t>
      </w:r>
    </w:p>
    <w:p w14:paraId="0CF1EFAB" w14:textId="77777777" w:rsidR="007C2618" w:rsidRDefault="00352C9D" w:rsidP="00352C9D">
      <w:pPr>
        <w:snapToGrid w:val="0"/>
        <w:spacing w:line="240" w:lineRule="auto"/>
        <w:ind w:left="4321"/>
        <w:jc w:val="distribute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担当者：____________________</w:t>
      </w:r>
    </w:p>
    <w:p w14:paraId="721C14CE" w14:textId="5F1A3F0E" w:rsidR="007C2618" w:rsidRDefault="00352C9D" w:rsidP="00352C9D">
      <w:pPr>
        <w:snapToGrid w:val="0"/>
        <w:spacing w:line="240" w:lineRule="auto"/>
        <w:ind w:left="4321"/>
        <w:jc w:val="distribute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期限：____________________</w:t>
      </w:r>
    </w:p>
    <w:p w14:paraId="625321CE" w14:textId="56CC2E61" w:rsidR="00991F7C" w:rsidRPr="007C2618" w:rsidRDefault="00352C9D" w:rsidP="00352C9D">
      <w:pPr>
        <w:pBdr>
          <w:bottom w:val="single" w:sz="4" w:space="1" w:color="auto"/>
        </w:pBdr>
        <w:snapToGrid w:val="0"/>
        <w:spacing w:line="240" w:lineRule="auto"/>
        <w:rPr>
          <w:rFonts w:ascii="游ゴシック Medium" w:eastAsia="游ゴシック Medium" w:hAnsi="游ゴシック Medium"/>
          <w:sz w:val="28"/>
          <w:szCs w:val="28"/>
          <w:lang w:eastAsia="ja-JP"/>
        </w:rPr>
      </w:pPr>
      <w:r w:rsidRPr="007C2618">
        <w:rPr>
          <w:rFonts w:ascii="游ゴシック Medium" w:eastAsia="游ゴシック Medium" w:hAnsi="游ゴシック Medium"/>
          <w:sz w:val="28"/>
          <w:szCs w:val="28"/>
          <w:lang w:eastAsia="ja-JP"/>
        </w:rPr>
        <w:t>プロジェクトの計画作成</w:t>
      </w:r>
    </w:p>
    <w:p w14:paraId="2A44D333" w14:textId="5305FAC5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タイムラインの設定</w:t>
      </w:r>
    </w:p>
    <w:p w14:paraId="2D670C91" w14:textId="66172F56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必要なリソースの確認</w:t>
      </w:r>
    </w:p>
    <w:p w14:paraId="6559E3A0" w14:textId="1D475CD4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リスク分析の実施</w:t>
      </w:r>
    </w:p>
    <w:p w14:paraId="447E5FDE" w14:textId="7777777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チームメンバーの割り当て</w:t>
      </w:r>
    </w:p>
    <w:p w14:paraId="3F30B352" w14:textId="65B1146F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各メンバーの役割決定</w:t>
      </w:r>
    </w:p>
    <w:p w14:paraId="4A5C2B4D" w14:textId="56202FDE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責任範囲の明確化</w:t>
      </w:r>
    </w:p>
    <w:p w14:paraId="4CF612FF" w14:textId="11C3047F" w:rsidR="00991F7C" w:rsidRPr="007C2618" w:rsidRDefault="00352C9D" w:rsidP="00352C9D">
      <w:pPr>
        <w:pBdr>
          <w:bottom w:val="single" w:sz="4" w:space="1" w:color="auto"/>
        </w:pBdr>
        <w:snapToGrid w:val="0"/>
        <w:spacing w:line="240" w:lineRule="auto"/>
        <w:rPr>
          <w:rFonts w:ascii="游ゴシック Medium" w:eastAsia="游ゴシック Medium" w:hAnsi="游ゴシック Medium"/>
          <w:sz w:val="28"/>
          <w:szCs w:val="28"/>
          <w:lang w:eastAsia="ja-JP"/>
        </w:rPr>
      </w:pPr>
      <w:r w:rsidRPr="007C2618">
        <w:rPr>
          <w:rFonts w:ascii="游ゴシック Medium" w:eastAsia="游ゴシック Medium" w:hAnsi="游ゴシック Medium"/>
          <w:sz w:val="28"/>
          <w:szCs w:val="28"/>
          <w:lang w:eastAsia="ja-JP"/>
        </w:rPr>
        <w:t>進捗状況の追跡方法の決定</w:t>
      </w:r>
    </w:p>
    <w:p w14:paraId="17439B4E" w14:textId="7777777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クライアントとの打ち合わせ</w:t>
      </w:r>
    </w:p>
    <w:p w14:paraId="17A9AA93" w14:textId="130F50C1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初回ミーティングのスケジュール</w:t>
      </w:r>
    </w:p>
    <w:p w14:paraId="63017575" w14:textId="1CF7A543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進捗報告の頻度の決定</w:t>
      </w:r>
    </w:p>
    <w:p w14:paraId="4A040237" w14:textId="042B1228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フィードバックの受け取り方法の調整</w:t>
      </w:r>
    </w:p>
    <w:p w14:paraId="16D5C35C" w14:textId="77777777" w:rsidR="00991F7C" w:rsidRPr="007C2618" w:rsidRDefault="00352C9D" w:rsidP="00352C9D">
      <w:pPr>
        <w:pBdr>
          <w:bottom w:val="single" w:sz="4" w:space="1" w:color="auto"/>
        </w:pBdr>
        <w:snapToGrid w:val="0"/>
        <w:spacing w:line="240" w:lineRule="auto"/>
        <w:rPr>
          <w:rFonts w:ascii="Segoe UI Symbol" w:eastAsia="游ゴシック Medium" w:hAnsi="Segoe UI Symbol" w:cs="Segoe UI Symbol"/>
          <w:sz w:val="28"/>
          <w:szCs w:val="28"/>
          <w:lang w:eastAsia="ja-JP"/>
        </w:rPr>
      </w:pPr>
      <w:r w:rsidRPr="007C2618">
        <w:rPr>
          <w:rFonts w:ascii="Segoe UI Symbol" w:eastAsia="游ゴシック Medium" w:hAnsi="Segoe UI Symbol" w:cs="Segoe UI Symbol"/>
          <w:sz w:val="28"/>
          <w:szCs w:val="28"/>
          <w:lang w:eastAsia="ja-JP"/>
        </w:rPr>
        <w:t>リソースの手配</w:t>
      </w:r>
    </w:p>
    <w:p w14:paraId="21B46FEC" w14:textId="38A97B8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必要なソフトウェアの購入</w:t>
      </w:r>
    </w:p>
    <w:p w14:paraId="22367FDC" w14:textId="3EF1FEF5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ハードウェアの準備</w:t>
      </w:r>
    </w:p>
    <w:p w14:paraId="2968D37A" w14:textId="69B65C4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t>外部パートナーの契約</w:t>
      </w:r>
    </w:p>
    <w:p w14:paraId="3585AA84" w14:textId="7777777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sz w:val="21"/>
          <w:szCs w:val="21"/>
          <w:lang w:eastAsia="ja-JP"/>
        </w:rPr>
      </w:pPr>
      <w:r w:rsidRPr="007C2618">
        <w:rPr>
          <w:rFonts w:ascii="游明朝" w:eastAsia="游明朝" w:hAnsi="游明朝"/>
          <w:sz w:val="21"/>
          <w:szCs w:val="21"/>
          <w:lang w:eastAsia="ja-JP"/>
        </w:rPr>
        <w:br w:type="page"/>
      </w:r>
    </w:p>
    <w:p w14:paraId="715CC717" w14:textId="1217117D" w:rsidR="00352C9D" w:rsidRPr="007C2618" w:rsidRDefault="00352C9D" w:rsidP="00352C9D">
      <w:pPr>
        <w:snapToGrid w:val="0"/>
        <w:spacing w:line="240" w:lineRule="auto"/>
        <w:jc w:val="center"/>
        <w:rPr>
          <w:rFonts w:ascii="游明朝" w:eastAsia="游明朝" w:hAnsi="游明朝"/>
          <w:lang w:eastAsia="ja-JP"/>
        </w:rPr>
      </w:pPr>
      <w:r>
        <w:rPr>
          <w:rFonts w:ascii="游明朝" w:eastAsia="游明朝" w:hAnsi="游明朝" w:hint="eastAsia"/>
          <w:sz w:val="36"/>
          <w:szCs w:val="36"/>
          <w:lang w:eastAsia="ja-JP"/>
        </w:rPr>
        <w:lastRenderedPageBreak/>
        <w:t>一般向けチェックリスト</w:t>
      </w:r>
    </w:p>
    <w:p w14:paraId="3AB13F6D" w14:textId="77777777" w:rsidR="00352C9D" w:rsidRPr="00352C9D" w:rsidRDefault="00352C9D" w:rsidP="00352C9D">
      <w:pPr>
        <w:snapToGrid w:val="0"/>
        <w:spacing w:line="240" w:lineRule="auto"/>
        <w:jc w:val="right"/>
        <w:rPr>
          <w:rFonts w:ascii="游明朝" w:eastAsia="游明朝" w:hAnsi="游明朝"/>
          <w:lang w:eastAsia="ja-JP"/>
        </w:rPr>
      </w:pPr>
    </w:p>
    <w:p w14:paraId="5AD10E78" w14:textId="434B4C0C" w:rsidR="00991F7C" w:rsidRPr="007C2618" w:rsidRDefault="00352C9D" w:rsidP="00352C9D">
      <w:pPr>
        <w:snapToGrid w:val="0"/>
        <w:spacing w:line="240" w:lineRule="auto"/>
        <w:jc w:val="right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氏名：____________________</w:t>
      </w:r>
    </w:p>
    <w:p w14:paraId="2124F241" w14:textId="2BD936CF" w:rsidR="00991F7C" w:rsidRPr="007C2618" w:rsidRDefault="00352C9D" w:rsidP="00352C9D">
      <w:pPr>
        <w:snapToGrid w:val="0"/>
        <w:spacing w:line="240" w:lineRule="auto"/>
        <w:jc w:val="right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日付：____________________</w:t>
      </w:r>
    </w:p>
    <w:p w14:paraId="40720F38" w14:textId="13FEFE2A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健康チェック（体温、血圧など）</w:t>
      </w:r>
    </w:p>
    <w:p w14:paraId="72BEBBE5" w14:textId="38695A1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朝食の準備と摂取</w:t>
      </w:r>
    </w:p>
    <w:p w14:paraId="27ECD667" w14:textId="2B548B7B" w:rsidR="00CD6FF8" w:rsidRPr="00352C9D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352C9D">
        <w:rPr>
          <w:rFonts w:ascii="游明朝" w:eastAsia="游明朝" w:hAnsi="游明朝"/>
          <w:lang w:eastAsia="ja-JP"/>
        </w:rPr>
        <w:t>家事と掃除</w:t>
      </w:r>
    </w:p>
    <w:p w14:paraId="6CC38437" w14:textId="11B8204C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ゴミ出しの確認</w:t>
      </w:r>
    </w:p>
    <w:p w14:paraId="23B41663" w14:textId="5FBBD0EF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掃除機掛け</w:t>
      </w:r>
    </w:p>
    <w:p w14:paraId="4ECB96BA" w14:textId="774ACB00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洗濯物の整理</w:t>
      </w:r>
    </w:p>
    <w:p w14:paraId="73623156" w14:textId="7777777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買い物リスト</w:t>
      </w:r>
    </w:p>
    <w:p w14:paraId="190BB34B" w14:textId="33210E48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日用品の購入</w:t>
      </w:r>
    </w:p>
    <w:p w14:paraId="70EA123E" w14:textId="71AA2FCD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食材の補充</w:t>
      </w:r>
    </w:p>
    <w:p w14:paraId="5ECAD819" w14:textId="67ED48BC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薬の補充</w:t>
      </w:r>
    </w:p>
    <w:p w14:paraId="26D10F6D" w14:textId="7777777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家族との時間</w:t>
      </w:r>
    </w:p>
    <w:p w14:paraId="3D4981FE" w14:textId="1007DE3E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昼食後の家族と過ごす時間の確保</w:t>
      </w:r>
    </w:p>
    <w:p w14:paraId="480CCC5B" w14:textId="3E16370F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家族との会話や近況報告</w:t>
      </w:r>
    </w:p>
    <w:p w14:paraId="2E08AC28" w14:textId="5B78D683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週末の予定確認</w:t>
      </w:r>
    </w:p>
    <w:p w14:paraId="1DC13FFE" w14:textId="77777777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個人の時間</w:t>
      </w:r>
    </w:p>
    <w:p w14:paraId="19C0B55D" w14:textId="7B8B314D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読書または趣味の時間</w:t>
      </w:r>
    </w:p>
    <w:p w14:paraId="10FA6C35" w14:textId="25EF4798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 xml:space="preserve"> 散歩や軽い運動</w:t>
      </w:r>
    </w:p>
    <w:p w14:paraId="7215E24D" w14:textId="711F5D49" w:rsidR="00991F7C" w:rsidRPr="007C2618" w:rsidRDefault="00352C9D" w:rsidP="00352C9D">
      <w:pPr>
        <w:snapToGrid w:val="0"/>
        <w:spacing w:line="240" w:lineRule="auto"/>
        <w:rPr>
          <w:rFonts w:ascii="游明朝" w:eastAsia="游明朝" w:hAnsi="游明朝"/>
          <w:lang w:eastAsia="ja-JP"/>
        </w:rPr>
      </w:pPr>
      <w:r w:rsidRPr="007C2618">
        <w:rPr>
          <w:rFonts w:ascii="游明朝" w:eastAsia="游明朝" w:hAnsi="游明朝"/>
          <w:lang w:eastAsia="ja-JP"/>
        </w:rPr>
        <w:t>リラックス</w:t>
      </w:r>
      <w:r w:rsidR="007C2618">
        <w:rPr>
          <w:rFonts w:ascii="游明朝" w:eastAsia="游明朝" w:hAnsi="游明朝" w:hint="eastAsia"/>
          <w:lang w:eastAsia="ja-JP"/>
        </w:rPr>
        <w:t>する</w:t>
      </w:r>
      <w:r w:rsidRPr="007C2618">
        <w:rPr>
          <w:rFonts w:ascii="游明朝" w:eastAsia="游明朝" w:hAnsi="游明朝"/>
          <w:lang w:eastAsia="ja-JP"/>
        </w:rPr>
        <w:t>時間の確保</w:t>
      </w:r>
    </w:p>
    <w:sectPr w:rsidR="00991F7C" w:rsidRPr="007C261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D746551"/>
    <w:multiLevelType w:val="hybridMultilevel"/>
    <w:tmpl w:val="39D03A34"/>
    <w:lvl w:ilvl="0" w:tplc="04090009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D9F590C"/>
    <w:multiLevelType w:val="hybridMultilevel"/>
    <w:tmpl w:val="C8D2CCE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52040793">
    <w:abstractNumId w:val="8"/>
  </w:num>
  <w:num w:numId="2" w16cid:durableId="1321888832">
    <w:abstractNumId w:val="6"/>
  </w:num>
  <w:num w:numId="3" w16cid:durableId="17851556">
    <w:abstractNumId w:val="5"/>
  </w:num>
  <w:num w:numId="4" w16cid:durableId="540678337">
    <w:abstractNumId w:val="4"/>
  </w:num>
  <w:num w:numId="5" w16cid:durableId="573583696">
    <w:abstractNumId w:val="7"/>
  </w:num>
  <w:num w:numId="6" w16cid:durableId="174879388">
    <w:abstractNumId w:val="3"/>
  </w:num>
  <w:num w:numId="7" w16cid:durableId="1521775649">
    <w:abstractNumId w:val="2"/>
  </w:num>
  <w:num w:numId="8" w16cid:durableId="692267633">
    <w:abstractNumId w:val="1"/>
  </w:num>
  <w:num w:numId="9" w16cid:durableId="1156606593">
    <w:abstractNumId w:val="0"/>
  </w:num>
  <w:num w:numId="10" w16cid:durableId="999845133">
    <w:abstractNumId w:val="10"/>
  </w:num>
  <w:num w:numId="11" w16cid:durableId="20292152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1E81"/>
    <w:rsid w:val="0006063C"/>
    <w:rsid w:val="0015074B"/>
    <w:rsid w:val="001F2D86"/>
    <w:rsid w:val="002846C3"/>
    <w:rsid w:val="0029639D"/>
    <w:rsid w:val="00326F90"/>
    <w:rsid w:val="00352C9D"/>
    <w:rsid w:val="007C2618"/>
    <w:rsid w:val="00991F7C"/>
    <w:rsid w:val="00AA1D8D"/>
    <w:rsid w:val="00B143DB"/>
    <w:rsid w:val="00B47730"/>
    <w:rsid w:val="00CB0664"/>
    <w:rsid w:val="00CD6F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932B61"/>
  <w14:defaultImageDpi w14:val="330"/>
  <w15:docId w15:val="{893F800B-5165-47AD-AD62-D552A7B00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52C9D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玲子 川島</cp:lastModifiedBy>
  <cp:revision>2</cp:revision>
  <dcterms:created xsi:type="dcterms:W3CDTF">2024-08-26T13:01:00Z</dcterms:created>
  <dcterms:modified xsi:type="dcterms:W3CDTF">2024-08-26T13:01:00Z</dcterms:modified>
  <cp:category/>
</cp:coreProperties>
</file>